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051DD5EB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z </w:t>
      </w:r>
      <w:r w:rsidR="00585110">
        <w:rPr>
          <w:rFonts w:ascii="Lato" w:hAnsi="Lato" w:cs="Lato"/>
          <w:b/>
          <w:sz w:val="20"/>
          <w:szCs w:val="20"/>
        </w:rPr>
        <w:t>GEOGRAFII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I. Dane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II. Dane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Potwierdzam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prawidłowość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powyższych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 xml:space="preserve">data, </w:t>
      </w:r>
      <w:proofErr w:type="spellStart"/>
      <w:r w:rsidRPr="00411193">
        <w:rPr>
          <w:rFonts w:ascii="Lato" w:hAnsi="Lato" w:cs="Lato"/>
          <w:sz w:val="18"/>
          <w:szCs w:val="18"/>
        </w:rPr>
        <w:t>podpis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i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dyrektora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szkoły</w:t>
      </w:r>
      <w:proofErr w:type="spellEnd"/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III. </w:t>
      </w:r>
      <w:proofErr w:type="spellStart"/>
      <w:r w:rsidRPr="00352867">
        <w:rPr>
          <w:rFonts w:ascii="Lato" w:hAnsi="Lato" w:cs="Lato"/>
          <w:sz w:val="20"/>
          <w:szCs w:val="20"/>
        </w:rPr>
        <w:t>Dostosowanie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warunków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Składam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wniosek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dostosowanie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warunków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potrzeb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</w:t>
      </w:r>
      <w:proofErr w:type="spellStart"/>
      <w:r w:rsidRPr="00352867">
        <w:rPr>
          <w:rFonts w:ascii="Lato" w:hAnsi="Lato" w:cs="Lato"/>
          <w:sz w:val="20"/>
          <w:szCs w:val="20"/>
        </w:rPr>
        <w:t>składam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wniosku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dostosowanie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warunków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bez </w:t>
      </w:r>
      <w:proofErr w:type="spellStart"/>
      <w:r w:rsidRPr="00352867">
        <w:rPr>
          <w:rFonts w:ascii="Lato" w:hAnsi="Lato" w:cs="Lato"/>
          <w:sz w:val="20"/>
          <w:szCs w:val="20"/>
        </w:rPr>
        <w:t>przekazywania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medycznej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to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Zezwalam</w:t>
      </w:r>
      <w:proofErr w:type="spellEnd"/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</w:t>
      </w:r>
      <w:proofErr w:type="spellStart"/>
      <w:r w:rsidRPr="00352867">
        <w:rPr>
          <w:rFonts w:ascii="Lato" w:hAnsi="Lato" w:cs="Lato"/>
          <w:sz w:val="20"/>
          <w:szCs w:val="20"/>
        </w:rPr>
        <w:t>zezwalam</w:t>
      </w:r>
      <w:proofErr w:type="spellEnd"/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Brak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</w:t>
      </w:r>
      <w:proofErr w:type="spellStart"/>
      <w:r w:rsidRPr="00352867">
        <w:rPr>
          <w:rFonts w:ascii="Lato" w:hAnsi="Lato" w:cs="Lato"/>
          <w:sz w:val="20"/>
          <w:szCs w:val="20"/>
        </w:rPr>
        <w:t>Podstawą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art. 81 </w:t>
      </w:r>
      <w:proofErr w:type="spellStart"/>
      <w:r w:rsidRPr="00352867">
        <w:rPr>
          <w:rFonts w:ascii="Lato" w:hAnsi="Lato" w:cs="Lato"/>
          <w:sz w:val="20"/>
          <w:szCs w:val="20"/>
        </w:rPr>
        <w:t>ust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1 </w:t>
      </w:r>
      <w:proofErr w:type="spellStart"/>
      <w:r w:rsidRPr="00352867">
        <w:rPr>
          <w:rFonts w:ascii="Lato" w:hAnsi="Lato" w:cs="Lato"/>
          <w:sz w:val="20"/>
          <w:szCs w:val="20"/>
        </w:rPr>
        <w:t>ustawy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prawie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lastRenderedPageBreak/>
        <w:t>autorskim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Oświadczenie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rodzica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opiekuna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prawnego</w:t>
      </w:r>
      <w:proofErr w:type="spellEnd"/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udostępniono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mi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dotyczące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proofErr w:type="spellStart"/>
      <w:r w:rsidRPr="00411193">
        <w:rPr>
          <w:rFonts w:ascii="Lato" w:hAnsi="Lato" w:cs="Lato"/>
          <w:sz w:val="18"/>
          <w:szCs w:val="18"/>
        </w:rPr>
        <w:t>miejscowość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, data </w:t>
      </w:r>
      <w:proofErr w:type="spellStart"/>
      <w:r w:rsidRPr="00411193">
        <w:rPr>
          <w:rFonts w:ascii="Lato" w:hAnsi="Lato" w:cs="Lato"/>
          <w:sz w:val="18"/>
          <w:szCs w:val="18"/>
        </w:rPr>
        <w:t>i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podpis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rodzica</w:t>
      </w:r>
      <w:proofErr w:type="spellEnd"/>
      <w:r w:rsidRPr="00411193">
        <w:rPr>
          <w:rFonts w:ascii="Lato" w:hAnsi="Lato" w:cs="Lato"/>
          <w:sz w:val="18"/>
          <w:szCs w:val="18"/>
        </w:rPr>
        <w:t>/</w:t>
      </w:r>
      <w:proofErr w:type="spellStart"/>
      <w:r w:rsidRPr="00411193">
        <w:rPr>
          <w:rFonts w:ascii="Lato" w:hAnsi="Lato" w:cs="Lato"/>
          <w:sz w:val="18"/>
          <w:szCs w:val="18"/>
        </w:rPr>
        <w:t>opiekuna</w:t>
      </w:r>
      <w:proofErr w:type="spellEnd"/>
      <w:r w:rsidRPr="00411193">
        <w:rPr>
          <w:rFonts w:ascii="Lato" w:hAnsi="Lato" w:cs="La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sz w:val="18"/>
          <w:szCs w:val="18"/>
        </w:rPr>
        <w:t>prawnego</w:t>
      </w:r>
      <w:proofErr w:type="spellEnd"/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dotycząca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szkoła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proofErr w:type="spellStart"/>
      <w:r w:rsidR="00550D19">
        <w:rPr>
          <w:rFonts w:ascii="Lato" w:hAnsi="Lato" w:cs="Lato"/>
          <w:sz w:val="20"/>
          <w:szCs w:val="20"/>
        </w:rPr>
        <w:t>Szkoła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</w:t>
      </w:r>
      <w:proofErr w:type="spellStart"/>
      <w:r w:rsidR="00550D19">
        <w:rPr>
          <w:rFonts w:ascii="Lato" w:hAnsi="Lato" w:cs="Lato"/>
          <w:sz w:val="20"/>
          <w:szCs w:val="20"/>
        </w:rPr>
        <w:t>Podstawowa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nr 86 </w:t>
      </w:r>
      <w:proofErr w:type="spellStart"/>
      <w:r w:rsidR="00550D19">
        <w:rPr>
          <w:rFonts w:ascii="Lato" w:hAnsi="Lato" w:cs="Lato"/>
          <w:sz w:val="20"/>
          <w:szCs w:val="20"/>
        </w:rPr>
        <w:t>im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. prof. </w:t>
      </w:r>
      <w:proofErr w:type="spellStart"/>
      <w:r w:rsidR="00550D19">
        <w:rPr>
          <w:rFonts w:ascii="Lato" w:hAnsi="Lato" w:cs="Lato"/>
          <w:sz w:val="20"/>
          <w:szCs w:val="20"/>
        </w:rPr>
        <w:t>Jerzego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Sampa w </w:t>
      </w:r>
      <w:proofErr w:type="spellStart"/>
      <w:r w:rsidR="00550D19">
        <w:rPr>
          <w:rFonts w:ascii="Lato" w:hAnsi="Lato" w:cs="Lato"/>
          <w:sz w:val="20"/>
          <w:szCs w:val="20"/>
        </w:rPr>
        <w:t>Gdańsku</w:t>
      </w:r>
      <w:proofErr w:type="spellEnd"/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kontaktowe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Kontakt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IOD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przeprowadzenia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dalszym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I,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II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9AB30" w14:textId="77777777" w:rsidR="00264D96" w:rsidRDefault="00264D96">
      <w:pPr>
        <w:spacing w:after="0" w:line="240" w:lineRule="auto"/>
      </w:pPr>
      <w:r>
        <w:separator/>
      </w:r>
    </w:p>
  </w:endnote>
  <w:endnote w:type="continuationSeparator" w:id="0">
    <w:p w14:paraId="2D589104" w14:textId="77777777" w:rsidR="00264D96" w:rsidRDefault="0026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proofErr w:type="spellStart"/>
    <w:r>
      <w:rPr>
        <w:sz w:val="16"/>
      </w:rPr>
      <w:t>Pakiet</w:t>
    </w:r>
    <w:proofErr w:type="spellEnd"/>
    <w:r>
      <w:rPr>
        <w:sz w:val="16"/>
      </w:rPr>
      <w:t xml:space="preserve"> RODO – </w:t>
    </w:r>
    <w:proofErr w:type="spellStart"/>
    <w:r>
      <w:rPr>
        <w:sz w:val="16"/>
      </w:rPr>
      <w:t>konkursy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przedmiotowe</w:t>
    </w:r>
    <w:proofErr w:type="spellEnd"/>
    <w:r>
      <w:rPr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91B2" w14:textId="77777777" w:rsidR="00264D96" w:rsidRDefault="00264D96">
      <w:pPr>
        <w:spacing w:after="0" w:line="240" w:lineRule="auto"/>
      </w:pPr>
      <w:r>
        <w:separator/>
      </w:r>
    </w:p>
  </w:footnote>
  <w:footnote w:type="continuationSeparator" w:id="0">
    <w:p w14:paraId="7DE6D3DE" w14:textId="77777777" w:rsidR="00264D96" w:rsidRDefault="00264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44978855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proofErr w:type="spellStart"/>
    <w:r w:rsidRPr="00352867">
      <w:rPr>
        <w:rFonts w:ascii="Lato" w:hAnsi="Lato" w:cs="Lato"/>
        <w:i/>
        <w:iCs/>
        <w:sz w:val="20"/>
        <w:szCs w:val="20"/>
      </w:rPr>
      <w:t>Załącznik</w:t>
    </w:r>
    <w:proofErr w:type="spellEnd"/>
    <w:r w:rsidRPr="00352867">
      <w:rPr>
        <w:rFonts w:ascii="Lato" w:hAnsi="Lato" w:cs="Lato"/>
        <w:i/>
        <w:iCs/>
        <w:sz w:val="20"/>
        <w:szCs w:val="20"/>
      </w:rPr>
      <w:t xml:space="preserve">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="00585110">
      <w:rPr>
        <w:rFonts w:ascii="Lato" w:eastAsiaTheme="minorHAnsi" w:hAnsi="Lato" w:cs="Lato"/>
        <w:bCs/>
        <w:sz w:val="20"/>
        <w:szCs w:val="20"/>
      </w:rPr>
      <w:t>Geografii</w:t>
    </w:r>
    <w:proofErr w:type="spellEnd"/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64D96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35C1D"/>
    <w:rsid w:val="00550D19"/>
    <w:rsid w:val="00552DFF"/>
    <w:rsid w:val="00585110"/>
    <w:rsid w:val="0069772A"/>
    <w:rsid w:val="0078477F"/>
    <w:rsid w:val="00936BB1"/>
    <w:rsid w:val="009B36E5"/>
    <w:rsid w:val="00A14621"/>
    <w:rsid w:val="00A67B2E"/>
    <w:rsid w:val="00A71650"/>
    <w:rsid w:val="00AA1D8D"/>
    <w:rsid w:val="00B2368F"/>
    <w:rsid w:val="00B47730"/>
    <w:rsid w:val="00BC70F2"/>
    <w:rsid w:val="00BD2DB6"/>
    <w:rsid w:val="00BE6293"/>
    <w:rsid w:val="00BF64B4"/>
    <w:rsid w:val="00C134C2"/>
    <w:rsid w:val="00C81A2F"/>
    <w:rsid w:val="00CB0664"/>
    <w:rsid w:val="00CF749A"/>
    <w:rsid w:val="00D147CF"/>
    <w:rsid w:val="00D63C7B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832</Words>
  <Characters>4992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15</cp:revision>
  <cp:lastPrinted>2026-08-27T08:48:00Z</cp:lastPrinted>
  <dcterms:created xsi:type="dcterms:W3CDTF">2013-12-23T23:15:00Z</dcterms:created>
  <dcterms:modified xsi:type="dcterms:W3CDTF">2026-09-30T13:09:00Z</dcterms:modified>
  <cp:category/>
</cp:coreProperties>
</file>